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NX-CL-126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NX-CL-126 | NX-CL-126-V167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3354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2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54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47254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2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25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NX-CL-126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NX-CL-126-V167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NX-CL-126 | NX-CL-126-V167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NX-CL-126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NX-CL-126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NX-CL-126-V167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NX-CL-126-V167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NX-CL-126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NX-CL-126-V167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NX-CL-126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NX-CL-126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NX-CL-126 Series</dc:title>
  <dc:subject>NexPro English product specification</dc:subject>
  <dc:creator>NexPro</dc:creator>
  <cp:keywords>NX-CL-126, NX-CL-126-V167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