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Password Cabinet Lock NX-CL-118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NX-CL-118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20346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331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034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NX-CL-118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cabinet smart lock with password unlocking. Designed for cabinet, drawer, and locker security in office, home, and commercial furniture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NX-CL-118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Cabinet, Office, Furniture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NX-CL-118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Password Cabinet Lock NX-CL-118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 &amp; Locker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&amp; Locker Locks; Cabinet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Furniture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door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lock body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finish color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branding requirement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project country in the RFQ.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mix and customization scope · Lead time — Confirm after sample and project requirements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NX-CL-118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NexPro Password Cabinet Lock NX-CL-118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NexPro Password Cabinet Lock NX-CL-118</dc:title>
  <dc:subject>NexPro English product specification</dc:subject>
  <dc:creator>NexPro</dc:creator>
  <cp:keywords>NX-CL-118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