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NX-BL-RX2031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NX-BL-RX2031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21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1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NX-BL-RX2031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NX-BL-RX2031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NX-BL-RX2031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NX-BL-RX2031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NX-BL-RX2031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IC Card Password Bluetooth Lock NX-BL-RX2031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IC Card Password Bluetooth Lock NX-BL-RX2031</dc:title>
  <dc:subject>NexPro English product specification</dc:subject>
  <dc:creator>NexPro</dc:creator>
  <cp:keywords>NX-BL-RX2031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