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36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6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NX-BL-2067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NX-BL-2067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IC Card Password Bluetooth Lock NX-BL-2067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IC Card Password Bluetooth Lock NX-BL-2067</dc:title>
  <dc:subject>NexPro English product specification</dc:subject>
  <dc:creator>NexPro</dc:creator>
  <cp:keywords>NX-BL-2067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