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Bluetooth Lock NX-BL-2060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NX-BL-2060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4839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39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5589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0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58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NX-BL-2060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NX-BL-2060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NX-BL-2060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NX-BL-2060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NX-BL-2060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NX-BL-2060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Smartphone App IC Card Password Bluetooth Lock NX-BL-2060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Smartphone App IC Card Password Bluetooth Lock NX-BL-2060</dc:title>
  <dc:subject>NexPro English product specification</dc:subject>
  <dc:creator>NexPro</dc:creator>
  <cp:keywords>NX-BL-2060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