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NX-BL-2031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NX-BL-2031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752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52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2918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4_varian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2918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NX-BL-2031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NX-BL-2031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NX-BL-2031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NX-BL-2031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NX-BL-2031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NX-BL-2031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IC Card Password Bluetooth Lock NX-BL-2031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IC Card Password Bluetooth Lock NX-BL-2031</dc:title>
  <dc:subject>NexPro English product specification</dc:subject>
  <dc:creator>NexPro</dc:creator>
  <cp:keywords>NX-BL-2031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