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NX-BL-2031-ANTI-THEFT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NX-BL-2031-ANTI-THEFT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6655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55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1559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0_scene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59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NX-BL-2031-ANTI-THEFT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NX-BL-2031-ANTI-THEFT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NX-BL-2031-ANTI-THEFT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NX-BL-2031-ANTI-THEFT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NX-BL-2031-ANTI-THEFT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NX-BL-2031-ANTI-THEFT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IC Card Password Bluetooth Lock NX-BL-2031-ANTI-TH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IC Card Password Bluetooth Lock NX-BL-2031-ANTI-THEFT</dc:title>
  <dc:subject>NexPro English product specification</dc:subject>
  <dc:creator>NexPro</dc:creator>
  <cp:keywords>NX-BL-2031-ANTI-THEFT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