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NX-BL-2017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NX-BL-2017 | NX-BL-2017-V40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9266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86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266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591830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87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183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52627" cy="11430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188_main_product_image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62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23302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00_main_product_image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302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NX-BL-2017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NX-BL-2017-V40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NX-BL-2017-V40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NX-BL-2017-V40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smartphone app, card, password, mechanical key smart door lock with zinc alloy, abs plastic construction. Designed for apartment, rental property,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App-Enabled Smart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NX-BL-2017 | NX-BL-2017-V40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Apartment, Rental Property, Office, 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NX-BL-2017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IC Card Password Bluetooth Lock NX-BL-2017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Bluetooth &amp; App Locks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IC Card / Password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Apartment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NX-BL-2017-V40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Smartphone App IC Card Password Bluetooth Lock NX-BL-2017-V40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Bluetooth &amp; App Locks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Smartphone App / IC Card / Password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Apartment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NX-BL-2017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NX-BL-2017-V40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&amp; App Locks; Bluetooth Lock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&amp; App Locks; Bluetooth 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IC Card / Password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Smartphone App / IC Card / Password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Apartment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Apartment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Bluetooth standard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4.0 BLE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Bluetooth 4.0 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 card types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MIFARE M1 card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MIFARE M1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Supported mobile systems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Android 4.3 / 10 or above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Android 4.3 / 10 or above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time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~1.5 seconds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~1.5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Door opening methods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APP, password, IC card, mechanical key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APP, password, IC card,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IC card capacity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200 groups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200 groups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supply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 alkaline dry batteries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 alkaline dry batteries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Low battery alarm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4.8V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4.8V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Standby current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 microamperes μA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60 microamperes μA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current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200 mA μA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200 mA μA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temperature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-40 to 70 C °C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-40 to 70 C 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Key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Capacitive touch button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Capacitive touch button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Password capacity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 sends password / unlimited custom / 150 groups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 sends password / unlimited custom / 150 groups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Temporary password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Temporary password can be added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Temporary password can be added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App-Enabled Smart Locks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App-Enabled Smart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Apartment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Rental Property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Office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door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lock body type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finish color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branding requirement in the RFQ.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project country in the RFQ.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mix and customization scope · Lead time — Confirm after sample and project requirements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NX-BL-2017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NX-BL-2017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NX-BL-2017 Series</dc:title>
  <dc:subject>NexPro English product specification</dc:subject>
  <dc:creator>NexPro</dc:creator>
  <cp:keywords>NX-BL-2017, NX-BL-2017-V40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