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NX-BL-1088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NX-BL-1088 | NX-BL-1088-V46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0602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2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02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2058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3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58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NX-BL-1088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NX-BL-1088-V46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NX-BL-1088 | NX-BL-1088-V46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NX-BL-1088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NX-BL-1088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NX-BL-1088-V46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NX-BL-1088-V46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NX-BL-1088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NX-BL-1088-V46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NX-BL-1088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NX-BL-1088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NX-BL-1088 Series</dc:title>
  <dc:subject>NexPro English product specification</dc:subject>
  <dc:creator>NexPro</dc:creator>
  <cp:keywords>NX-BL-1088, NX-BL-1088-V46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