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NX-SL-RX2066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NX-SL-RX2066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292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92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451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0_dimension_drawing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51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2631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6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31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93381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7_lock_body_imag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NX-SL-RX2066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NX-SL-RX2066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NX-SL-RX2066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NX-SL-RX2066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NX-SL-RX2066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NX-SL-RX2066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NX-SL-RX2066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Fingerprint Anti-theft Lock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Fingerprint Anti-theft Lock</dc:title>
  <dc:subject>NexPro English product specification</dc:subject>
  <dc:creator>NexPro</dc:creator>
  <cp:keywords>NX-SL-RX2066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