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Fingerprint Password Smart Lock NX-SL-3S02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NX-SL-3S02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3375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75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0896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3_scene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96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09929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5_dimension_drawing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92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13883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6_dimension_drawing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88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NX-SL-3S02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02417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2_lock_body_image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1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28684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3_lock_body_image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68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NX-SL-3S02 · Gallery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NX-SL-3S02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fingerprint, password, card, mechanical key smart door lock with zinc alloy, 304 stainless steel construction. Designed for apartment, commercial building, office access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Face-recognition Fingerprint Anti-theft Lock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NX-SL-3S02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Commercial Building, Office Access, Rental Property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NX-SL-3S02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NX-SL-3S02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Start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Rejection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Fake admission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Comparison method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 usage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registration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update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Data retention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interference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pressure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Backup 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Antistatic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design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length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Face-recognition Fingerprint Anti-theft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Face-recognition Fingerprint Anti-theft Lock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Face-recognition Fingerprint Anti-theft Lock</dc:title>
  <dc:subject>NexPro English product specification</dc:subject>
  <dc:creator>NexPro</dc:creator>
  <cp:keywords>NX-SL-3S02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