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NX-SL-3S01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NX-SL-3S01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8071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7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989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6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8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02615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9_varian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1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19652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0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77640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1_dimension_drawing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64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3166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2_lock_body_imag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16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NX-SL-3S01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NX-SL-3S01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NX-SL-3S01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Fingerprint Anti-theft Lock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Fingerprint Anti-theft Lock</dc:title>
  <dc:subject>NexPro English product specification</dc:subject>
  <dc:creator>NexPro</dc:creator>
  <cp:keywords>NX-SL-3S01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