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NX-SL-2033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NX-SL-2033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783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8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529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8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89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0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8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4311" cy="1142999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6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11" cy="11429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93381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7_lock_body_imag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NX-SL-2033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NX-SL-2033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NX-SL-2033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Fingerprint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Fingerprint Anti-theft Lock</dc:title>
  <dc:subject>NexPro English product specification</dc:subject>
  <dc:creator>NexPro</dc:creator>
  <cp:keywords>NX-SL-2033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