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Fingerprint Password Smart Lock NX-SL-2017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NX-SL-2017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970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70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9517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6_dimension_drawing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1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03613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7_dimension_drawing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61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62107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3_lock_body_image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1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NX-SL-2017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NX-SL-2017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NX-SL-2017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NX-SL-2017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fingerprint, password, card, mechanical key smart door lock with zinc alloy, 304 stainless steel construction. Designed for apartment, commercial building, office access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Fingerprint Anti-theft Lock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NX-SL-2017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Commercial Building, Office Access, Rental Property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NX-SL-2017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Fingerprint Password Smart Lock NX-SL-2017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 Door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Fingerprint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 Door Locks; Smart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Fingerprint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resistance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4H pencil, 20cm continuous 1000 impacts without damage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Sensor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500dp / 500dpi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Start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1 second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Rejection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Fake admission rate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&lt;=0.0001%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Comparison method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1:N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 usage angle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360 degrees °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registration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Generate at once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Fingerprint update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Automatic update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Data retention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loss due to power outage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interference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Avoid direct sunlight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10% to 90%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Open the door 11000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6V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Battery powered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pressure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4.9V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Backup 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Power bank or other mobile power supply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Antistatic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Contact discharge 8KV / Air discharge 15KV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 sets pieces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design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Change at will combination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length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digits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Fingerprint Anti-theft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Fingerprint Anti-theft Lock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Fingerprint Anti-theft Lock</dc:title>
  <dc:subject>NexPro English product specification</dc:subject>
  <dc:creator>NexPro</dc:creator>
  <cp:keywords>NX-SL-2017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