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NX-HL-X-SP03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NX-HL-X-SP03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256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8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6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NX-HL-X-SP03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NX-HL-X-SP03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NX-HL-X-SP03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NX-HL-X-SP03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NX-HL-X-SP03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