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NX-HL-SP04-V126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NX-HL-SP04-V126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085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85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NX-HL-SP04-V126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NX-HL-SP04-V126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NX-HL-SP04-V126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NX-HL-SP04-V126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