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NX-HL-SP02-V120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NX-HL-SP02-V120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1891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1891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971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6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7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NX-HL-SP02-V120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NX-HL-SP02-V120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NX-HL-SP02-V120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NX-HL-SP02-V120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NX-HL-SP02-V120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NX-HL-SP02-V120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