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NX-HL-RX2063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NX-HL-RX2063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2483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2483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NX-HL-RX2063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