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NX-HL-RX2062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NX-HL-RX2062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9800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00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NX-HL-RX2062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NX-HL-RX2062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NX-HL-RX2062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NX-HL-RX2062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NX-HL-RX2062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