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NX-HL-RX2060-V70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NX-HL-RX2060-V70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29219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21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21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NX-HL-RX2060-V70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NX-HL-RX2060-V70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NX-HL-RX2060-V70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NX-HL-RX2060-V70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NX-HL-RX2060-V70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