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NX-HL-RX2052-FA-HDL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NX-HL-RX2052-FA-HDL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1892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8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92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NX-HL-RX2052-FA-HDL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NX-HL-RX2052-FA-HDL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NX-HL-RX2052-FA-HDL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NX-HL-RX2052-FA-HDL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NX-HL-RX2052-FA-HDL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