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NX-HL-RX2031-V72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NX-HL-RX2031-V72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6783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83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NX-HL-RX2031-V72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NX-HL-RX2031-V72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NX-HL-RX2031-V72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NX-HL-RX2031-V72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NX-HL-RX2031-V72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