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NX-HL-ODS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NX-HL-ODS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6182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30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82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NX-HL-ODS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NX-HL-ODS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NX-HL-ODS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NX-HL-ODS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NX-HL-ODS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