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NX-HL-ODS-V79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NX-HL-ODS-V79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5149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31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49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NX-HL-ODS-V79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NX-HL-ODS-V79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NX-HL-ODS-V79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NX-HL-ODS-V79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NX-HL-ODS-V79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