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NX-HL-LOCK-BODY-NO6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NX-HL-LOCK-BODY-NO6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14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9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4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NX-HL-LOCK-BODY-NO6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NX-HL-LOCK-BODY-NO6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NX-HL-LOCK-BODY-NO6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NX-HL-LOCK-BODY-NO6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NX-HL-LOCK-BODY-NO6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