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NX-HL-DQ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NX-HL-DQ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6969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969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13016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8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1301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84433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9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3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NX-HL-DQ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NX-HL-DQ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NX-HL-DQ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NX-HL-DQ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