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NX-HL-DQ-Y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NX-HL-DQ-Y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443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3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NX-HL-DQ-Y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NX-HL-DQ-Y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NX-HL-DQ-Y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NX-HL-DQ-Y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NX-HL-DQ-Y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