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NX-HL-DQ-V59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NX-HL-DQ-V59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696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6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1301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30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NX-HL-DQ-V59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NX-HL-DQ-V59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NX-HL-DQ-V59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NX-HL-DQ-V59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NX-HL-DQ-V59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NX-HL-DQ-V59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