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NX-HL-DQ-V58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NX-HL-DQ-V58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76969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07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969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513016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08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51301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NX-HL-DQ-V58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NX-HL-DQ-V58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lock. Designed for residential, apartment, commercial building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NX-HL-DQ-V58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NX-HL-DQ-V58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NX-HL-DQ-V58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NX-HL-DQ-V58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