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NX-HL-BROKEN-BRIDGE-ALUMINUM-LOCK-BODY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NX-HL-BROKEN-BRIDGE-ALUMINUM-LOCK-BODY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5567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32_lock_body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7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NX-HL-BROKEN-BRIDGE-ALUMINUM-LOCK-BODY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NX-HL-BROKEN-BRIDGE-ALUMINUM-LOCK-BODY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NX-HL-BROKEN-BRIDGE-ALUMINUM-LOCK-BODY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NX-HL-BROKEN-BRIDGE-ALUMINUM-LOCK-BODY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NX-HL-BROKEN-BRIDGE-ALUMINUM-LOCK-BODY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