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NX-HL-618E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NX-HL-618E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84489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67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4489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61994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68_main_product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1994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NX-HL-618E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NX-HL-618E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 with zinc alloy, stainless steel construction. Designed for hotel,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NX-HL-618E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Hotel, Apartment, Office,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NX-HL-618E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NX-HL-618E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Hotel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Electronic Locks</dc:title>
  <dc:subject>NexPro English product specification</dc:subject>
  <dc:creator>NexPro</dc:creator>
  <cp:keywords>NX-HL-618E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