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NX-HL-2075-V88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NX-HL-2075-V88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8714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14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NX-HL-2075-V88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NX-HL-2075-V88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NX-HL-2075-V88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NX-HL-2075-V88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NX-HL-2075-V88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