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NX-HL-2075-REAR-PANEL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NX-HL-2075-REAR-PANEL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1879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48_unknow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79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NX-HL-2075-REAR-PANEL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NX-HL-2075-REAR-PANEL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NX-HL-2075-REAR-PANEL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NX-HL-2075-REAR-PANEL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NX-HL-2075-REAR-PANEL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