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NX-HL-2072-V85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NX-HL-2072-V85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9879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7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562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4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6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NX-HL-2072-V85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NX-HL-2072-V85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NX-HL-2072-V85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NX-HL-2072-V85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NX-HL-2072-V85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NX-HL-2072-V85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