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NX-HL-2067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NX-HL-2067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2293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0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3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NX-HL-2067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NX-HL-2067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NX-HL-2067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NX-HL-2067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NX-HL-2067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