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NX-HL-2037E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NX-HL-2037E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6507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37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07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799" cy="928304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36_system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799" cy="92830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NX-HL-2037E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NX-HL-2037E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NX-HL-2037E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NX-HL-2037E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NX-HL-2037E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NX-HL-2037E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