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NX-HL-2036E-V96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NX-HL-2036E-V96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901646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4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90164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NX-HL-2036E-V96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NX-HL-2036E-V96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NX-HL-2036E-V96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NX-HL-2036E-V96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NX-HL-2036E-V96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