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NX-HL-2036E-V100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NX-HL-2036E-V100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0164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016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69841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6984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NX-HL-2036E-V100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NX-HL-2036E-V100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NX-HL-2036E-V100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NX-HL-2036E-V100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NX-HL-2036E-V100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NX-HL-2036E-V100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