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IC Card Hotel Lock NX-HL-2033E-V67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NX-HL-2033E-V67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618658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17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8658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638882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29_main_product_image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8882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NX-HL-2033E-V67 · Primary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NX-HL-2033E-V67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card, mechanical key smart door lock. Designed for residential, apartment, commercial building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NX-HL-2033E-V67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Residential, Apartment, Commercial Building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NX-HL-2033E-V67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NX-HL-2033E-V67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Residential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Residential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Chip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specs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Production process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logic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reading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Read/write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Opening time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record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Applicable scope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voltage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Static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Dynamic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Undervoltage index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life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Installation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Hotel Electronic Locks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Hotel Electronic Locks</dc:title>
  <dc:subject>NexPro English product specification</dc:subject>
  <dc:creator>NexPro</dc:creator>
  <cp:keywords>NX-HL-2033E-V67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