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NX-HL-2029E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NX-HL-2029E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6529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0_lock_body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29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NX-HL-2029E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NX-HL-2029E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NX-HL-2029E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NX-HL-2029E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NX-HL-2029E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