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NX-HL-2029E-V92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NX-HL-2029E-V92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76033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51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033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NX-HL-2029E-V92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NX-HL-2029E-V92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NX-HL-2029E-V92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NX-HL-2029E-V92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Hotel Electronic Locks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Electronic Locks</dc:title>
  <dc:subject>NexPro English product specification</dc:subject>
  <dc:creator>NexPro</dc:creator>
  <cp:keywords>NX-HL-2029E-V92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