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IC Card Hotel Lock NX-HL-2017E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NX-HL-2017E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599660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24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966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NX-HL-2017E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lock. Designed for residential, apartment, commercial building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NX-HL-2017E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Residential, Apartment,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NX-HL-2017E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NX-HL-2017E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Residential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Residential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Hotel Electronic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Hotel Electronic Locks</dc:title>
  <dc:subject>NexPro English product specification</dc:subject>
  <dc:creator>NexPro</dc:creator>
  <cp:keywords>NX-HL-2017E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