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NX-HL-118E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NX-HL-118E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4445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0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45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5210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1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10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06407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4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64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NX-HL-118E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NX-HL-118E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