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NX-HL-118E-V113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NX-HL-118E-V113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2992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9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NX-HL-118E-V113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NX-HL-118E-V113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NX-HL-118E-V113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NX-HL-118E-V113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NX-HL-118E-V113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