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NX-HL-118E-V112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NX-HL-118E-V112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0640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64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640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NX-HL-118E-V112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NX-HL-118E-V112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NX-HL-118E-V112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NX-HL-118E-V112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NX-HL-118E-V112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