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NX-HL-118E-V109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NX-HL-118E-V109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111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1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38947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4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3894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29927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5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9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12352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6_main_product_imag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3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NX-HL-118E-V109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NX-HL-118E-V109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NX-HL-118E-V109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NX-HL-118E-V109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NX-HL-118E-V109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