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NX-HL-1088E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NX-HL-1088E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682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8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NX-HL-1088E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NX-HL-1088E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NX-HL-1088E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NX-HL-1088E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NX-HL-1088E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