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NX-HL-1008E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NX-HL-1008E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799" cy="94847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6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799" cy="94847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NX-HL-1008E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NX-HL-1008E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NX-HL-1008E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NX-HL-1008E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NX-HL-1008E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