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Password Cabinet Lock NX-CL-RX2062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NX-CL-RX2062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02027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02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02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NX-CL-RX2062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password, mechanical key smart door lock. Designed for residential,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NX-CL-RX2062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Office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NX-CL-RX2062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Password Cabinet Lock NX-CL-RX2062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Password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Password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NX-CL-RX2062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Cabinet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Cabinet Electronic Locks</dc:title>
  <dc:subject>NexPro English product specification</dc:subject>
  <dc:creator>NexPro</dc:creator>
  <cp:keywords>NX-CL-RX2062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