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NX-CL-RX2062-V54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NX-CL-RX2062-V54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956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3_unknow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56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NX-CL-RX2062-V54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NX-CL-RX2062-V54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NX-CL-RX2062-V54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NX-CL-RX2062-V54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NX-CL-RX2062-V54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NX-CL-RX2062-V54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